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מעגל החיים של החצב לפי סדר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הבצל, הפרחים והעלים בחיי הצמח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מתחום הבוטניקה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דבורים וצרעות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70-180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מצהיבים ומתייבשים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מפזרת את הזרעים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הראשון על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בעשרות ומאות פרחים לבנים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הזרעים שחורים, שטוחים וקלים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בשלב העלים הירוקים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הבצל נח באדמה ושומר בתוכו מים ומזון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במקום הפרחים שהואבקו נוצרים פירות עם 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למה שקורה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(הבצל נח באדמה בלי עלים או 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(גבעול ירוק-חום מטפס מעל הבצל)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(דבורים וצרעות מאביקות פרחים 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(הרוח מפזרת זרעים שחורים ושטוחים)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(העלים מייצרים מזון מאור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מעגל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תרדמת קיץ - הבצל נח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עמוד פריחה צומח מהבצל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פריחה מלמטה למעלה והאבקה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נוצרים פירות וזרעים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עלים ירוקים יוצאים מהבצל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העלים מתייבשים והמעגל מתחיל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משתמש במזון שאגר בבצל כדי לפרוח, והעלים גדלים אחר כך כדי למלא את הבצל מחדש לקראת השנה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הבצל שומר מים ומזון שעוזרים לצמח לשרוד את הקיץ החם ולפרוח בלי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שהפריחה קודמת לצמיחת העלים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דבורים וצרעות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שהבצל נח ושומר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כרטיסי המעגל מהאתר לפי הסדר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במילון המושגים בזמן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הסידור (order) מתאימה לעבודה בזוגות לדיון על סדר השלבים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צמח. יש לו בצל גדול באדמה. בקיץ הוא ישן. אחר כך הוא פורח. אחר כך גדלים לו עלים. נלמד את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עגול באדמה ששומר מים ומזון לצמח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תרדמת קיץ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שבו הצמח לא גדל ונח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עמוד פריחה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הגבעול הגבוה שעליו נפתחים הפרחים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אבקה בין פרחים בעזרת דבורים וחרקים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מתוק שפרחים מייצרים כדי למשוך חרקים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חלקים קטנים שמהם יכול לצמוח צמח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פוטוסינתזה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עלים מייצרים מזון מאור 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השלבים שחוזר על עצמו כל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החצב נראה בלי עלים או 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עוזר לפרחים להתרבות?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וצרעות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עטלפים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גבוה יכול להיות עמוד הפריחה?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10-20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30-40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70-180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200-300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נפתחים הפרחים על הגבעול?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מהאמצע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לעלים כשמגיע האביב?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צומחים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מצהיבים ומתייבשים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נשארים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פורחים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הרוח לזרעים?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מביאה מים לבצל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מפזרת את הזרעים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מגינה על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מייבשת את הבצל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העמוד הפורח של החצב צומח עוד לפני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 החצב גדולים וצבעוניים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הזרעים של החצב כבדים וגדולים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של החצב יוצאים לקראת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שומר מים ומזון בזמן תרדמת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נוצרים פירות עם זרעים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בקיץ החם הבצל הגדול נח עמוק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עשרות ואף מאות __________ לבנים קטנים נפתחים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הרוח מפזרת את ה__________ השחורים והשטוחים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העלים הירוקים מייצרים מזון מאור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באביב העלים מצהיבים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עמוד הפריחה יכול להגיע לגובה של 70 עד 180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למה שקורה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תרדמת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העלים מייצרים מזון מאור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עמוד פריחה צומח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הרוח מפזרת זרעים שחורים ושטוחים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גבעול ירוק-חום מטפס מעל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פירות וזרעים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דבורים וצרעות מאביקות פרחים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עלים ירוקים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הבצל נח באדמה בלי עלים או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מעגל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פריחה מלמטה למעלה והאבקה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תרדמת קיץ - הבצל נח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נוצרים פירות וזרעים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מתייבשים והמעגל מתחיל מחדש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פריחה צומח מהבצל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עלים ירוקים יוצאים מהבצל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החצב פורח בלי 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הבצל במעגל החיים של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פורח החצב - לפני העלים או אחריהם?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מאביק את 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לבצל בתרדמת הקיץ?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 החיים של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